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b/>
          <w:sz w:val="24"/>
          <w:szCs w:val="24"/>
          <w:lang w:val="it-IT"/>
        </w:rPr>
        <w:t>ALLEGATO A</w:t>
      </w:r>
    </w:p>
    <w:p w:rsidR="00CE7C91" w:rsidRDefault="004603BF" w:rsidP="00444AE1">
      <w:pPr>
        <w:spacing w:after="0"/>
        <w:jc w:val="right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Spett.le</w:t>
      </w:r>
    </w:p>
    <w:p w:rsidR="00CE7C91" w:rsidRDefault="004603BF" w:rsidP="00444AE1">
      <w:pPr>
        <w:spacing w:after="0"/>
        <w:jc w:val="right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G.A.L. Terre Vibonesi Scarl</w:t>
      </w:r>
    </w:p>
    <w:p w:rsidR="00CE7C91" w:rsidRDefault="004603BF" w:rsidP="00444AE1">
      <w:pPr>
        <w:spacing w:after="0"/>
        <w:jc w:val="right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Viale della Pace snc</w:t>
      </w:r>
    </w:p>
    <w:p w:rsidR="00CE7C91" w:rsidRDefault="004603BF" w:rsidP="00444AE1">
      <w:pPr>
        <w:spacing w:after="0"/>
        <w:jc w:val="right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89864 Spilinga (VV)</w:t>
      </w:r>
    </w:p>
    <w:p w:rsidR="00FC0B82" w:rsidRPr="00444AE1" w:rsidRDefault="004603BF" w:rsidP="00444AE1">
      <w:pPr>
        <w:spacing w:after="0"/>
        <w:jc w:val="right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PEC: galterrevibonesi@pec.it</w:t>
      </w:r>
    </w:p>
    <w:p w:rsidR="00444AE1" w:rsidRDefault="00444AE1" w:rsidP="00444AE1">
      <w:pPr>
        <w:spacing w:after="0"/>
        <w:rPr>
          <w:rFonts w:ascii="Arial Narrow" w:hAnsi="Arial Narrow"/>
          <w:b/>
          <w:sz w:val="24"/>
          <w:szCs w:val="24"/>
          <w:lang w:val="it-IT"/>
        </w:rPr>
      </w:pPr>
    </w:p>
    <w:p w:rsidR="00444AE1" w:rsidRDefault="00444AE1" w:rsidP="00444AE1">
      <w:pPr>
        <w:spacing w:after="0"/>
        <w:rPr>
          <w:rFonts w:ascii="Arial Narrow" w:hAnsi="Arial Narrow"/>
          <w:b/>
          <w:sz w:val="24"/>
          <w:szCs w:val="24"/>
          <w:lang w:val="it-IT"/>
        </w:rPr>
      </w:pP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b/>
          <w:sz w:val="24"/>
          <w:szCs w:val="24"/>
          <w:lang w:val="it-IT"/>
        </w:rPr>
        <w:t>Oggetto: Domanda di iscrizione all’Albo degli Operatori Economici del GAL Terre Vibonesi Scarl</w:t>
      </w:r>
    </w:p>
    <w:p w:rsidR="00444AE1" w:rsidRDefault="00444AE1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bookmarkStart w:id="0" w:name="_GoBack"/>
      <w:r w:rsidRPr="00444AE1">
        <w:rPr>
          <w:rFonts w:ascii="Arial Narrow" w:hAnsi="Arial Narrow"/>
          <w:sz w:val="24"/>
          <w:szCs w:val="24"/>
          <w:lang w:val="it-IT"/>
        </w:rPr>
        <w:t xml:space="preserve">Il/La sottoscritto/a __________________________________ nato/a </w:t>
      </w:r>
      <w:proofErr w:type="spellStart"/>
      <w:r w:rsidRPr="00444AE1">
        <w:rPr>
          <w:rFonts w:ascii="Arial Narrow" w:hAnsi="Arial Narrow"/>
          <w:sz w:val="24"/>
          <w:szCs w:val="24"/>
          <w:lang w:val="it-IT"/>
        </w:rPr>
        <w:t>a</w:t>
      </w:r>
      <w:proofErr w:type="spellEnd"/>
      <w:r w:rsidRPr="00444AE1">
        <w:rPr>
          <w:rFonts w:ascii="Arial Narrow" w:hAnsi="Arial Narrow"/>
          <w:sz w:val="24"/>
          <w:szCs w:val="24"/>
          <w:lang w:val="it-IT"/>
        </w:rPr>
        <w:t xml:space="preserve"> __________________ il ___/___/______</w:t>
      </w: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residente in _____________________________ via/piazza __________________________________</w:t>
      </w: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CF _______________________________  Tel. __________________  e-mail __________________</w:t>
      </w:r>
    </w:p>
    <w:p w:rsidR="00444AE1" w:rsidRDefault="00444AE1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in qualità di legale rappresentante / soggetto munito di poteri di rappresentanza dell’operatore economico:</w:t>
      </w: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Denominazione / ragione sociale ____________________________________________________</w:t>
      </w: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Sede legale __________________________________ Comune __________________ Prov. ______</w:t>
      </w: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Codice fiscale __________________________ Partita IVA _________________________________</w:t>
      </w: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PEC _____________________________________ e-mail __________________________________</w:t>
      </w:r>
    </w:p>
    <w:bookmarkEnd w:id="0"/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CCIAA di __________________________ n. REA _______________  altro registro ______________</w:t>
      </w:r>
    </w:p>
    <w:p w:rsidR="00444AE1" w:rsidRDefault="00444AE1" w:rsidP="00444AE1">
      <w:pPr>
        <w:spacing w:after="0"/>
        <w:jc w:val="center"/>
        <w:rPr>
          <w:rFonts w:ascii="Arial Narrow" w:hAnsi="Arial Narrow"/>
          <w:b/>
          <w:sz w:val="24"/>
          <w:szCs w:val="24"/>
          <w:lang w:val="it-IT"/>
        </w:rPr>
      </w:pPr>
    </w:p>
    <w:p w:rsidR="00FC0B82" w:rsidRPr="00444AE1" w:rsidRDefault="004603BF" w:rsidP="00444AE1">
      <w:pPr>
        <w:spacing w:after="0"/>
        <w:jc w:val="center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b/>
          <w:sz w:val="24"/>
          <w:szCs w:val="24"/>
          <w:lang w:val="it-IT"/>
        </w:rPr>
        <w:t>CHIEDE</w:t>
      </w:r>
    </w:p>
    <w:p w:rsidR="00444AE1" w:rsidRDefault="00444AE1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</w:p>
    <w:p w:rsidR="00FC0B82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l’iscrizione all’Albo degli Operatori Economici del GAL Terre Vibonesi Scarl, per le categorie di seguito selezionate, ai sensi dell’Avviso pubblico. (Contrassegnare con una X le categorie richieste).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72"/>
        <w:gridCol w:w="1738"/>
        <w:gridCol w:w="4256"/>
        <w:gridCol w:w="1989"/>
      </w:tblGrid>
      <w:tr w:rsidR="00FC0B82" w:rsidRPr="00444AE1" w:rsidTr="00CF535F">
        <w:trPr>
          <w:trHeight w:val="543"/>
          <w:jc w:val="center"/>
        </w:trPr>
        <w:tc>
          <w:tcPr>
            <w:tcW w:w="1872" w:type="dxa"/>
            <w:vAlign w:val="center"/>
          </w:tcPr>
          <w:p w:rsidR="00FC0B82" w:rsidRPr="00444AE1" w:rsidRDefault="004603BF" w:rsidP="00444AE1">
            <w:pPr>
              <w:spacing w:after="0"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b/>
                <w:sz w:val="24"/>
                <w:szCs w:val="24"/>
                <w:lang w:val="it-IT"/>
              </w:rPr>
              <w:t>Sezione</w:t>
            </w:r>
          </w:p>
        </w:tc>
        <w:tc>
          <w:tcPr>
            <w:tcW w:w="1738" w:type="dxa"/>
            <w:vAlign w:val="center"/>
          </w:tcPr>
          <w:p w:rsidR="00FC0B82" w:rsidRPr="00444AE1" w:rsidRDefault="004603BF" w:rsidP="00444AE1">
            <w:pPr>
              <w:spacing w:after="0"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b/>
                <w:sz w:val="24"/>
                <w:szCs w:val="24"/>
                <w:lang w:val="it-IT"/>
              </w:rPr>
              <w:t>Cod.</w:t>
            </w:r>
          </w:p>
        </w:tc>
        <w:tc>
          <w:tcPr>
            <w:tcW w:w="4256" w:type="dxa"/>
            <w:vAlign w:val="center"/>
          </w:tcPr>
          <w:p w:rsidR="00FC0B82" w:rsidRPr="00444AE1" w:rsidRDefault="004603BF" w:rsidP="00444AE1">
            <w:pPr>
              <w:spacing w:after="0"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b/>
                <w:sz w:val="24"/>
                <w:szCs w:val="24"/>
                <w:lang w:val="it-IT"/>
              </w:rPr>
              <w:t>Categoria merceologica</w:t>
            </w:r>
          </w:p>
        </w:tc>
        <w:tc>
          <w:tcPr>
            <w:tcW w:w="1989" w:type="dxa"/>
            <w:vAlign w:val="center"/>
          </w:tcPr>
          <w:p w:rsidR="00FC0B82" w:rsidRPr="00444AE1" w:rsidRDefault="004603BF" w:rsidP="00444AE1">
            <w:pPr>
              <w:spacing w:after="0" w:line="276" w:lineRule="auto"/>
              <w:jc w:val="center"/>
              <w:rPr>
                <w:rFonts w:ascii="Arial Narrow" w:hAnsi="Arial Narrow"/>
                <w:b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b/>
                <w:sz w:val="24"/>
                <w:szCs w:val="24"/>
                <w:lang w:val="it-IT"/>
              </w:rPr>
              <w:t>Selezionare con X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 w:val="restart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 – Lavori</w:t>
            </w: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A.1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Opere edili, manutenzioni ordinarie e straordinarie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A.2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Tinteggiature, finiture e opere di completamento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A.3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Opere di falegnameria, carpenteria metallica e fabbro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A.4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Impianti elettrici, idrici, termici, di climatizzazione e fotovoltaici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A.5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Impianti informatici, reti dati, videosorveglianza e sistemi tecnologici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A.6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Opere stradali, movimento terra e sistemazioni esterne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A.7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Manutenzione del verde e del patrimonio ambientale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 w:val="restart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B – Forniture di beni</w:t>
            </w: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B.1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Arredi, mobili e complementi per ufficio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B.2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Attrezzature e macchine per ufficio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B.3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Hardware, software, licenze informatiche e prodotti ICT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B.4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Materiale di cancelleria e materiali di consumo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B.5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Materiale promozionale, editoriale e divulgativo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B.6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Cartellonistica, targhe, segnaletica, gadget e articoli personalizzati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B.7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Libri, riviste, pubblicazioni e banche dati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B.8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Attrezzature audiovisive, fotografiche e multimediali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B.9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Attrezzature tecniche, didattiche e per eventi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B.10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Piante ornamentali, fiori e allestimenti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 w:val="restart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 – Forniture di servizi</w:t>
            </w: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C.1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Servizi di pulizia, sanificazione e manutenzione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C.2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Servizi di ristorazione e catering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C.3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Servizi alberghieri e ricettivi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C.4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Agenzie di viaggio, trasporto persone e logistica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C.5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Organizzazione di eventi, convegni, workshop, fiere e manifestazioni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C.6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Allestimenti, service audio-video e noleggio attrezzature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C.7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Comunicazione istituzionale, marketing, pubblicità e ufficio stampa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C.8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Servizi di grafica, stampa, editoria e tipografia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C.9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Produzioni fotografiche, video e multimediali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C.10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Realizzazione e gestione di siti web, piattaforme digitali, social media e servizi ICT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C.11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Traduzioni, interpretariato e mediazione linguistico-culturale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C.12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Servizi assicurativi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C.13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Servizi bancari e di tesoreria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C.14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Noleggio automezzi, attrezzature e beni strumentali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444AE1" w:rsidRPr="00444AE1" w:rsidTr="00444AE1">
        <w:trPr>
          <w:jc w:val="center"/>
        </w:trPr>
        <w:tc>
          <w:tcPr>
            <w:tcW w:w="1872" w:type="dxa"/>
            <w:vMerge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</w:p>
        </w:tc>
        <w:tc>
          <w:tcPr>
            <w:tcW w:w="1738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C.15</w:t>
            </w:r>
          </w:p>
        </w:tc>
        <w:tc>
          <w:tcPr>
            <w:tcW w:w="4256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Arial Narrow" w:hAnsi="Arial Narrow"/>
                <w:sz w:val="24"/>
                <w:szCs w:val="24"/>
                <w:lang w:val="it-IT"/>
              </w:rPr>
              <w:t>Altri servizi funzionali alle attività istituzionali e progettuali del GAL</w:t>
            </w:r>
          </w:p>
        </w:tc>
        <w:tc>
          <w:tcPr>
            <w:tcW w:w="1989" w:type="dxa"/>
            <w:vAlign w:val="center"/>
          </w:tcPr>
          <w:p w:rsidR="00444AE1" w:rsidRPr="00444AE1" w:rsidRDefault="00444AE1" w:rsidP="00444AE1">
            <w:pPr>
              <w:spacing w:after="0" w:line="276" w:lineRule="auto"/>
              <w:jc w:val="center"/>
              <w:rPr>
                <w:rFonts w:ascii="Arial Narrow" w:hAnsi="Arial Narrow"/>
                <w:sz w:val="24"/>
                <w:szCs w:val="24"/>
                <w:lang w:val="it-IT"/>
              </w:rPr>
            </w:pPr>
            <w:r w:rsidRPr="00444AE1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</w:tbl>
    <w:p w:rsidR="0033643D" w:rsidRDefault="0033643D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</w:p>
    <w:p w:rsidR="00FC0B82" w:rsidRPr="00444AE1" w:rsidRDefault="004603BF" w:rsidP="00B37516">
      <w:pPr>
        <w:spacing w:after="0"/>
        <w:jc w:val="both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Il/La sottoscritto/a, consapevole delle responsabilità e delle sanzioni previste dall’art. 76 del D.P.R. 445/2000 in caso di dichiarazioni mendaci, ai sensi degli artt. 46 e 47 del medesimo decreto,</w:t>
      </w:r>
    </w:p>
    <w:p w:rsidR="0033643D" w:rsidRDefault="0033643D" w:rsidP="00B37516">
      <w:pPr>
        <w:spacing w:after="0"/>
        <w:jc w:val="both"/>
        <w:rPr>
          <w:rFonts w:ascii="Arial Narrow" w:hAnsi="Arial Narrow"/>
          <w:b/>
          <w:sz w:val="24"/>
          <w:szCs w:val="24"/>
          <w:lang w:val="it-IT"/>
        </w:rPr>
      </w:pPr>
    </w:p>
    <w:p w:rsidR="00FC0B82" w:rsidRPr="00444AE1" w:rsidRDefault="004603BF" w:rsidP="00B37516">
      <w:pPr>
        <w:spacing w:after="0"/>
        <w:jc w:val="both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b/>
          <w:sz w:val="24"/>
          <w:szCs w:val="24"/>
          <w:lang w:val="it-IT"/>
        </w:rPr>
        <w:t>DICHIARA</w:t>
      </w:r>
    </w:p>
    <w:p w:rsidR="00FC0B82" w:rsidRPr="00444AE1" w:rsidRDefault="004603BF" w:rsidP="00B37516">
      <w:pPr>
        <w:spacing w:after="0"/>
        <w:jc w:val="both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444AE1">
        <w:rPr>
          <w:rFonts w:ascii="Arial Narrow" w:hAnsi="Arial Narrow"/>
          <w:sz w:val="24"/>
          <w:szCs w:val="24"/>
          <w:lang w:val="it-IT"/>
        </w:rPr>
        <w:t xml:space="preserve"> di essere legittimato/a </w:t>
      </w:r>
      <w:proofErr w:type="spellStart"/>
      <w:r w:rsidRPr="00444AE1">
        <w:rPr>
          <w:rFonts w:ascii="Arial Narrow" w:hAnsi="Arial Narrow"/>
          <w:sz w:val="24"/>
          <w:szCs w:val="24"/>
          <w:lang w:val="it-IT"/>
        </w:rPr>
        <w:t>a</w:t>
      </w:r>
      <w:proofErr w:type="spellEnd"/>
      <w:r w:rsidRPr="00444AE1">
        <w:rPr>
          <w:rFonts w:ascii="Arial Narrow" w:hAnsi="Arial Narrow"/>
          <w:sz w:val="24"/>
          <w:szCs w:val="24"/>
          <w:lang w:val="it-IT"/>
        </w:rPr>
        <w:t xml:space="preserve"> rappresentare l’operatore economico sopra indicato;</w:t>
      </w:r>
    </w:p>
    <w:p w:rsidR="00FC0B82" w:rsidRPr="00444AE1" w:rsidRDefault="004603BF" w:rsidP="00B37516">
      <w:pPr>
        <w:spacing w:after="0"/>
        <w:jc w:val="both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444AE1">
        <w:rPr>
          <w:rFonts w:ascii="Arial Narrow" w:hAnsi="Arial Narrow"/>
          <w:sz w:val="24"/>
          <w:szCs w:val="24"/>
          <w:lang w:val="it-IT"/>
        </w:rPr>
        <w:t xml:space="preserve"> che l’operatore è regolarmente costituito e iscritto nei registri previsti dalla legge, ove applicabili;</w:t>
      </w:r>
    </w:p>
    <w:p w:rsidR="00FC0B82" w:rsidRPr="00444AE1" w:rsidRDefault="004603BF" w:rsidP="00B37516">
      <w:pPr>
        <w:spacing w:after="0"/>
        <w:jc w:val="both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Segoe UI Symbol" w:hAnsi="Segoe UI Symbol" w:cs="Segoe UI Symbol"/>
          <w:sz w:val="24"/>
          <w:szCs w:val="24"/>
          <w:lang w:val="it-IT"/>
        </w:rPr>
        <w:lastRenderedPageBreak/>
        <w:t>☐</w:t>
      </w:r>
      <w:r w:rsidRPr="00444AE1">
        <w:rPr>
          <w:rFonts w:ascii="Arial Narrow" w:hAnsi="Arial Narrow"/>
          <w:sz w:val="24"/>
          <w:szCs w:val="24"/>
          <w:lang w:val="it-IT"/>
        </w:rPr>
        <w:t xml:space="preserve"> che le categorie richieste sono coerenti con l’attività esercitata e le eventuali abilitazioni possedute;</w:t>
      </w:r>
    </w:p>
    <w:p w:rsidR="00FC0B82" w:rsidRPr="00444AE1" w:rsidRDefault="004603BF" w:rsidP="00B37516">
      <w:pPr>
        <w:spacing w:after="0"/>
        <w:jc w:val="both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444AE1">
        <w:rPr>
          <w:rFonts w:ascii="Arial Narrow" w:hAnsi="Arial Narrow"/>
          <w:sz w:val="24"/>
          <w:szCs w:val="24"/>
          <w:lang w:val="it-IT"/>
        </w:rPr>
        <w:t xml:space="preserve"> di possedere i requisiti di ordine generale previsti dal D.Lgs. 36/2023 e i requisiti speciali applicabili alle categorie richieste;</w:t>
      </w:r>
    </w:p>
    <w:p w:rsidR="00FC0B82" w:rsidRPr="00444AE1" w:rsidRDefault="004603BF" w:rsidP="00B37516">
      <w:pPr>
        <w:spacing w:after="0"/>
        <w:jc w:val="both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444AE1">
        <w:rPr>
          <w:rFonts w:ascii="Arial Narrow" w:hAnsi="Arial Narrow"/>
          <w:sz w:val="24"/>
          <w:szCs w:val="24"/>
          <w:lang w:val="it-IT"/>
        </w:rPr>
        <w:t xml:space="preserve"> di impegnarsi a comunicare tempestivamente ogni variazione dei dati e dei requisiti dichiarati;</w:t>
      </w:r>
    </w:p>
    <w:p w:rsidR="00FC0B82" w:rsidRPr="00444AE1" w:rsidRDefault="004603BF" w:rsidP="00B37516">
      <w:pPr>
        <w:spacing w:after="0"/>
        <w:jc w:val="both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444AE1">
        <w:rPr>
          <w:rFonts w:ascii="Arial Narrow" w:hAnsi="Arial Narrow"/>
          <w:sz w:val="24"/>
          <w:szCs w:val="24"/>
          <w:lang w:val="it-IT"/>
        </w:rPr>
        <w:t xml:space="preserve"> di accettare integralmente le condizioni contenute nell’Avviso pubblico;</w:t>
      </w:r>
    </w:p>
    <w:p w:rsidR="00FC0B82" w:rsidRPr="00444AE1" w:rsidRDefault="004603BF" w:rsidP="00B37516">
      <w:pPr>
        <w:spacing w:after="0"/>
        <w:jc w:val="both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444AE1">
        <w:rPr>
          <w:rFonts w:ascii="Arial Narrow" w:hAnsi="Arial Narrow"/>
          <w:sz w:val="24"/>
          <w:szCs w:val="24"/>
          <w:lang w:val="it-IT"/>
        </w:rPr>
        <w:t xml:space="preserve"> di essere consapevole che l’iscrizione non costituisce graduatoria né attribuisce diritto o titolo preferenziale all’affidamento di lavori, beni o servizi;</w:t>
      </w:r>
    </w:p>
    <w:p w:rsidR="00FC0B82" w:rsidRDefault="004603BF" w:rsidP="00B37516">
      <w:pPr>
        <w:spacing w:after="0"/>
        <w:jc w:val="both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444AE1">
        <w:rPr>
          <w:rFonts w:ascii="Arial Narrow" w:hAnsi="Arial Narrow"/>
          <w:sz w:val="24"/>
          <w:szCs w:val="24"/>
          <w:lang w:val="it-IT"/>
        </w:rPr>
        <w:t xml:space="preserve"> di essere consapevole che il GAL potrà effettuare verifiche e richiedere ulteriore documentazione nelle procedure di affidamento.</w:t>
      </w:r>
    </w:p>
    <w:p w:rsidR="0033643D" w:rsidRPr="00444AE1" w:rsidRDefault="0033643D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</w:p>
    <w:p w:rsidR="00FC0B82" w:rsidRPr="00444AE1" w:rsidRDefault="004603BF" w:rsidP="0033643D">
      <w:pPr>
        <w:spacing w:after="0"/>
        <w:jc w:val="center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b/>
          <w:sz w:val="24"/>
          <w:szCs w:val="24"/>
          <w:lang w:val="it-IT"/>
        </w:rPr>
        <w:t>ALLEGA:</w:t>
      </w: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444AE1">
        <w:rPr>
          <w:rFonts w:ascii="Arial Narrow" w:hAnsi="Arial Narrow"/>
          <w:sz w:val="24"/>
          <w:szCs w:val="24"/>
          <w:lang w:val="it-IT"/>
        </w:rPr>
        <w:t xml:space="preserve"> Documento di identità in corso di validità (salvo firma digitale).</w:t>
      </w: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444AE1">
        <w:rPr>
          <w:rFonts w:ascii="Arial Narrow" w:hAnsi="Arial Narrow"/>
          <w:sz w:val="24"/>
          <w:szCs w:val="24"/>
          <w:lang w:val="it-IT"/>
        </w:rPr>
        <w:t xml:space="preserve"> Eventuale documentazione relativa ad abilitazioni o autorizzazioni per le categorie richieste.</w:t>
      </w: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Segoe UI Symbol" w:hAnsi="Segoe UI Symbol" w:cs="Segoe UI Symbol"/>
          <w:sz w:val="24"/>
          <w:szCs w:val="24"/>
          <w:lang w:val="it-IT"/>
        </w:rPr>
        <w:t>☐</w:t>
      </w:r>
      <w:r w:rsidRPr="00444AE1">
        <w:rPr>
          <w:rFonts w:ascii="Arial Narrow" w:hAnsi="Arial Narrow"/>
          <w:sz w:val="24"/>
          <w:szCs w:val="24"/>
          <w:lang w:val="it-IT"/>
        </w:rPr>
        <w:t xml:space="preserve"> Eventuale ulteriore documentazione.</w:t>
      </w:r>
    </w:p>
    <w:p w:rsidR="0033643D" w:rsidRDefault="0033643D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</w:p>
    <w:p w:rsidR="0033643D" w:rsidRDefault="0033643D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 xml:space="preserve">____________________, lì ___/___/______                                                                 </w:t>
      </w:r>
      <w:r w:rsidR="0094401F">
        <w:rPr>
          <w:rFonts w:ascii="Arial Narrow" w:hAnsi="Arial Narrow"/>
          <w:sz w:val="24"/>
          <w:szCs w:val="24"/>
          <w:lang w:val="it-IT"/>
        </w:rPr>
        <w:t>Timbro e f</w:t>
      </w:r>
      <w:r w:rsidRPr="00444AE1">
        <w:rPr>
          <w:rFonts w:ascii="Arial Narrow" w:hAnsi="Arial Narrow"/>
          <w:sz w:val="24"/>
          <w:szCs w:val="24"/>
          <w:lang w:val="it-IT"/>
        </w:rPr>
        <w:t>irma</w:t>
      </w:r>
    </w:p>
    <w:p w:rsidR="0033643D" w:rsidRDefault="0033643D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</w:p>
    <w:p w:rsidR="0033643D" w:rsidRDefault="0033643D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</w:p>
    <w:p w:rsidR="0033643D" w:rsidRDefault="0033643D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</w:p>
    <w:p w:rsidR="00FC0B82" w:rsidRPr="00444AE1" w:rsidRDefault="004603BF" w:rsidP="00B37516">
      <w:pPr>
        <w:spacing w:after="0"/>
        <w:jc w:val="both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>Il/La sottoscritto/a dichiara di aver preso visione dell’informativa sul trattamento dei dati personali contenuta nell’Avviso pubblico, ai sensi del Regolamento (UE) 2016/679 (GDPR) e del D.Lgs. 196/2003 e s.m.i., per le finalità connesse alla gestione dell’Albo e alle eventuali procedure di affidamento.</w:t>
      </w:r>
    </w:p>
    <w:p w:rsidR="0033643D" w:rsidRDefault="0033643D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</w:p>
    <w:p w:rsidR="00FC0B82" w:rsidRPr="00444AE1" w:rsidRDefault="004603BF" w:rsidP="00444AE1">
      <w:pPr>
        <w:spacing w:after="0"/>
        <w:rPr>
          <w:rFonts w:ascii="Arial Narrow" w:hAnsi="Arial Narrow"/>
          <w:sz w:val="24"/>
          <w:szCs w:val="24"/>
          <w:lang w:val="it-IT"/>
        </w:rPr>
      </w:pPr>
      <w:r w:rsidRPr="00444AE1">
        <w:rPr>
          <w:rFonts w:ascii="Arial Narrow" w:hAnsi="Arial Narrow"/>
          <w:sz w:val="24"/>
          <w:szCs w:val="24"/>
          <w:lang w:val="it-IT"/>
        </w:rPr>
        <w:t xml:space="preserve">____________________, lì ___/___/______                                                                   </w:t>
      </w:r>
      <w:r w:rsidR="0094401F">
        <w:rPr>
          <w:rFonts w:ascii="Arial Narrow" w:hAnsi="Arial Narrow"/>
          <w:sz w:val="24"/>
          <w:szCs w:val="24"/>
          <w:lang w:val="it-IT"/>
        </w:rPr>
        <w:t>Timbro e f</w:t>
      </w:r>
      <w:r w:rsidRPr="00444AE1">
        <w:rPr>
          <w:rFonts w:ascii="Arial Narrow" w:hAnsi="Arial Narrow"/>
          <w:sz w:val="24"/>
          <w:szCs w:val="24"/>
          <w:lang w:val="it-IT"/>
        </w:rPr>
        <w:t>irma</w:t>
      </w:r>
    </w:p>
    <w:sectPr w:rsidR="00FC0B82" w:rsidRPr="00444AE1" w:rsidSect="00034616">
      <w:footerReference w:type="default" r:id="rId8"/>
      <w:pgSz w:w="11907" w:h="16838"/>
      <w:pgMar w:top="1276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6A86" w:rsidRDefault="00266A86">
      <w:pPr>
        <w:spacing w:after="0" w:line="240" w:lineRule="auto"/>
      </w:pPr>
      <w:r>
        <w:separator/>
      </w:r>
    </w:p>
  </w:endnote>
  <w:endnote w:type="continuationSeparator" w:id="0">
    <w:p w:rsidR="00266A86" w:rsidRDefault="00266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B82" w:rsidRDefault="00FC0B8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6A86" w:rsidRDefault="00266A86">
      <w:pPr>
        <w:spacing w:after="0" w:line="240" w:lineRule="auto"/>
      </w:pPr>
      <w:r>
        <w:separator/>
      </w:r>
    </w:p>
  </w:footnote>
  <w:footnote w:type="continuationSeparator" w:id="0">
    <w:p w:rsidR="00266A86" w:rsidRDefault="00266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6A86"/>
    <w:rsid w:val="0029639D"/>
    <w:rsid w:val="00326F90"/>
    <w:rsid w:val="0033643D"/>
    <w:rsid w:val="00444AE1"/>
    <w:rsid w:val="004603BF"/>
    <w:rsid w:val="0094401F"/>
    <w:rsid w:val="00AA1D8D"/>
    <w:rsid w:val="00B37516"/>
    <w:rsid w:val="00B47730"/>
    <w:rsid w:val="00CB0664"/>
    <w:rsid w:val="00CE7C91"/>
    <w:rsid w:val="00CF535F"/>
    <w:rsid w:val="00FC0B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BC0EE3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12941E-59A5-402E-A123-E23C7AA3C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4395</Characters>
  <Application>Microsoft Office Word</Application>
  <DocSecurity>0</DocSecurity>
  <Lines>36</Lines>
  <Paragraphs>10</Paragraphs>
  <ScaleCrop>false</ScaleCrop>
  <Manager/>
  <Company/>
  <LinksUpToDate>false</LinksUpToDate>
  <CharactersWithSpaces>5155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2026-10-03T09:10:00Z</dcterms:created>
  <dcterms:modified xsi:type="dcterms:W3CDTF">2026-10-03T09:50:00Z</dcterms:modified>
  <cp:category/>
</cp:coreProperties>
</file>